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0BEEC" w14:textId="77777777" w:rsidR="00430D06" w:rsidRDefault="003C33FE">
      <w:pPr>
        <w:spacing w:after="80"/>
        <w:jc w:val="center"/>
      </w:pPr>
      <w:r>
        <w:rPr>
          <w:b/>
          <w:color w:val="1B365D"/>
          <w:sz w:val="28"/>
        </w:rPr>
        <w:t>ALLEGATO A – MODELLO DI DOMANDA DI MANIFESTAZIONE DI INTERESSE</w:t>
      </w:r>
    </w:p>
    <w:p w14:paraId="59B95E17" w14:textId="77777777" w:rsidR="00430D06" w:rsidRDefault="003C33FE">
      <w:pPr>
        <w:spacing w:after="360"/>
        <w:jc w:val="center"/>
      </w:pPr>
      <w:r>
        <w:rPr>
          <w:b/>
          <w:color w:val="555555"/>
        </w:rPr>
        <w:t>LOCAZIONE IMMOBILE AD USO COMMERCIALE (BAR / RISTORANTE)</w:t>
      </w:r>
    </w:p>
    <w:p w14:paraId="375B89F3" w14:textId="77777777" w:rsidR="00430D06" w:rsidRDefault="00430D06">
      <w:pPr>
        <w:pBdr>
          <w:bottom w:val="single" w:sz="12" w:space="1" w:color="1B365D"/>
        </w:pBdr>
        <w:spacing w:after="240"/>
      </w:pPr>
    </w:p>
    <w:p w14:paraId="38576834" w14:textId="77777777" w:rsidR="003C33FE" w:rsidRDefault="003C33FE" w:rsidP="003C33FE">
      <w:pPr>
        <w:ind w:left="4320"/>
      </w:pPr>
      <w:r>
        <w:t>Spett.le Comune di Dronero</w:t>
      </w:r>
      <w:r>
        <w:br/>
        <w:t xml:space="preserve">Ufficio Ragioneria e Vice </w:t>
      </w:r>
      <w:proofErr w:type="spellStart"/>
      <w:r>
        <w:t>Segretario</w:t>
      </w:r>
      <w:proofErr w:type="spellEnd"/>
      <w:r>
        <w:t xml:space="preserve"> </w:t>
      </w:r>
      <w:proofErr w:type="spellStart"/>
      <w:r>
        <w:t>comunale</w:t>
      </w:r>
      <w:proofErr w:type="spellEnd"/>
      <w:r>
        <w:br/>
        <w:t xml:space="preserve">Via </w:t>
      </w:r>
      <w:proofErr w:type="spellStart"/>
      <w:r>
        <w:t>Giolitti</w:t>
      </w:r>
      <w:proofErr w:type="spellEnd"/>
      <w:r>
        <w:t xml:space="preserve"> n. 47</w:t>
      </w:r>
      <w:r>
        <w:t xml:space="preserve"> </w:t>
      </w:r>
    </w:p>
    <w:p w14:paraId="4DC7F0D7" w14:textId="652F558E" w:rsidR="00430D06" w:rsidRDefault="003C33FE" w:rsidP="003C33FE">
      <w:pPr>
        <w:ind w:left="4320"/>
      </w:pPr>
      <w:r>
        <w:t>12025 - Dronero</w:t>
      </w:r>
      <w:r>
        <w:br/>
      </w:r>
      <w:r>
        <w:t>PEC: comunedronero@postecert.it</w:t>
      </w:r>
    </w:p>
    <w:p w14:paraId="592280F0" w14:textId="77777777" w:rsidR="003C33FE" w:rsidRDefault="003C33FE">
      <w:pPr>
        <w:rPr>
          <w:b/>
        </w:rPr>
      </w:pPr>
    </w:p>
    <w:p w14:paraId="0A6F3F7A" w14:textId="684B2BC7" w:rsidR="00430D06" w:rsidRDefault="003C33FE" w:rsidP="003C33FE">
      <w:pPr>
        <w:jc w:val="both"/>
      </w:pPr>
      <w:r>
        <w:rPr>
          <w:b/>
        </w:rPr>
        <w:t xml:space="preserve">OGGETTO: </w:t>
      </w:r>
      <w:proofErr w:type="spellStart"/>
      <w:r>
        <w:t>Manifestazione</w:t>
      </w:r>
      <w:proofErr w:type="spellEnd"/>
      <w:r>
        <w:t xml:space="preserve"> di interesse per la locazione dell'immobile ad uso Bar/Ristorante </w:t>
      </w:r>
      <w:proofErr w:type="spellStart"/>
      <w:r>
        <w:t>sito</w:t>
      </w:r>
      <w:proofErr w:type="spellEnd"/>
      <w:r>
        <w:t xml:space="preserve"> in Via IV Novembre n. 9, Dronero</w:t>
      </w:r>
      <w:r>
        <w:t>.</w:t>
      </w:r>
    </w:p>
    <w:p w14:paraId="4A87135A" w14:textId="77777777" w:rsidR="003C33FE" w:rsidRDefault="003C33FE" w:rsidP="003C33FE">
      <w:pPr>
        <w:jc w:val="both"/>
      </w:pPr>
    </w:p>
    <w:p w14:paraId="68E2D6DA" w14:textId="26DB6A3B" w:rsidR="00430D06" w:rsidRDefault="003C33FE" w:rsidP="003C33FE">
      <w:pPr>
        <w:jc w:val="both"/>
      </w:pPr>
      <w:r>
        <w:t xml:space="preserve">Il/La </w:t>
      </w:r>
      <w:proofErr w:type="spellStart"/>
      <w:r>
        <w:t>sottoscritto</w:t>
      </w:r>
      <w:proofErr w:type="spellEnd"/>
      <w:r>
        <w:t xml:space="preserve">/a [Nome </w:t>
      </w:r>
      <w:proofErr w:type="spellStart"/>
      <w:r>
        <w:t>Cognome</w:t>
      </w:r>
      <w:proofErr w:type="spellEnd"/>
      <w:r>
        <w:t xml:space="preserve">], </w:t>
      </w:r>
      <w:proofErr w:type="spellStart"/>
      <w:r>
        <w:t>nato</w:t>
      </w:r>
      <w:proofErr w:type="spellEnd"/>
      <w:r>
        <w:t>/a a [Luogo] il [Data], C.F. [Codice Fiscale], residente a [Città] in Via [Indirizzo], in qualità di:</w:t>
      </w:r>
    </w:p>
    <w:p w14:paraId="6159577D" w14:textId="77777777" w:rsidR="00430D06" w:rsidRDefault="003C33FE" w:rsidP="003C33FE">
      <w:pPr>
        <w:pStyle w:val="Puntoelenco"/>
        <w:spacing w:after="80"/>
        <w:jc w:val="both"/>
      </w:pPr>
      <w:r>
        <w:t>[  ] Persona fisica</w:t>
      </w:r>
    </w:p>
    <w:p w14:paraId="3B7E3EA3" w14:textId="77777777" w:rsidR="00430D06" w:rsidRDefault="003C33FE" w:rsidP="003C33FE">
      <w:pPr>
        <w:pStyle w:val="Puntoelenco"/>
        <w:spacing w:after="80"/>
        <w:jc w:val="both"/>
      </w:pPr>
      <w:r>
        <w:t>[  ] Legale Rappresentante della Società/Ditta [Ragione Sociale], P.IVA/C.F. [Numero], con sede legale in [Città], Via [Indirizzo]</w:t>
      </w:r>
    </w:p>
    <w:p w14:paraId="7535C017" w14:textId="77777777" w:rsidR="00430D06" w:rsidRDefault="003C33FE" w:rsidP="003C33FE">
      <w:pPr>
        <w:spacing w:before="280"/>
        <w:jc w:val="both"/>
      </w:pPr>
      <w:r>
        <w:rPr>
          <w:b/>
          <w:color w:val="1B365D"/>
          <w:sz w:val="24"/>
        </w:rPr>
        <w:t>MANIFESTA IL PROPRIO INTERESSE</w:t>
      </w:r>
    </w:p>
    <w:p w14:paraId="2A171A22" w14:textId="1196B660" w:rsidR="00430D06" w:rsidRDefault="003C33FE" w:rsidP="003C33FE">
      <w:pPr>
        <w:jc w:val="both"/>
      </w:pPr>
      <w:r>
        <w:t xml:space="preserve">a condurre in locazione l’immobile di proprietà </w:t>
      </w:r>
      <w:proofErr w:type="spellStart"/>
      <w:r>
        <w:t>dell’Ente</w:t>
      </w:r>
      <w:proofErr w:type="spellEnd"/>
      <w:r>
        <w:t xml:space="preserve"> </w:t>
      </w:r>
      <w:proofErr w:type="spellStart"/>
      <w:r>
        <w:t>sito</w:t>
      </w:r>
      <w:proofErr w:type="spellEnd"/>
      <w:r>
        <w:t xml:space="preserve"> in Via IV Novembre n. 9 (ex </w:t>
      </w:r>
      <w:proofErr w:type="spellStart"/>
      <w:r>
        <w:t>Caffé</w:t>
      </w:r>
      <w:proofErr w:type="spellEnd"/>
      <w:r>
        <w:t xml:space="preserve"> Teatro)</w:t>
      </w:r>
      <w:r>
        <w:t xml:space="preserve"> ed a </w:t>
      </w:r>
      <w:proofErr w:type="spellStart"/>
      <w:r>
        <w:t>tal</w:t>
      </w:r>
      <w:proofErr w:type="spellEnd"/>
      <w:r>
        <w:t xml:space="preserve"> fine, valendosi delle disposizioni di cui agli artt. 46 e 47 del D.P.R. 445/2000 e consapevole delle sanzioni penali previste in caso di dichiarazioni mendaci,</w:t>
      </w:r>
    </w:p>
    <w:p w14:paraId="535253DB" w14:textId="77777777" w:rsidR="00430D06" w:rsidRDefault="003C33FE" w:rsidP="003C33FE">
      <w:pPr>
        <w:spacing w:before="280"/>
        <w:jc w:val="both"/>
      </w:pPr>
      <w:r>
        <w:rPr>
          <w:b/>
          <w:color w:val="1B365D"/>
          <w:sz w:val="24"/>
        </w:rPr>
        <w:t>DICHIARA SOTTO LA PROPRIA RESPONSABILITÀ:</w:t>
      </w:r>
    </w:p>
    <w:p w14:paraId="1867D9AB" w14:textId="77777777" w:rsidR="00430D06" w:rsidRDefault="003C33FE" w:rsidP="003C33FE">
      <w:pPr>
        <w:pStyle w:val="Puntoelenco"/>
        <w:spacing w:after="80"/>
        <w:jc w:val="both"/>
      </w:pPr>
      <w:r>
        <w:rPr>
          <w:b/>
        </w:rPr>
        <w:t xml:space="preserve">1. Accettazione condizioni: </w:t>
      </w:r>
      <w:r>
        <w:t>Di aver preso visione dell'Avviso pubblico e di accettarne integralmente ed incondizionatamente i termini e le condizioni.</w:t>
      </w:r>
    </w:p>
    <w:p w14:paraId="6316382E" w14:textId="77777777" w:rsidR="00430D06" w:rsidRDefault="003C33FE" w:rsidP="003C33FE">
      <w:pPr>
        <w:pStyle w:val="Puntoelenco"/>
        <w:spacing w:after="80"/>
        <w:jc w:val="both"/>
      </w:pPr>
      <w:r>
        <w:rPr>
          <w:b/>
        </w:rPr>
        <w:t xml:space="preserve">2. Possesso requisiti: </w:t>
      </w:r>
      <w:r>
        <w:t>Di possedere i requisiti di ordine generale, di idoneità professionale e abilitativi richiesti dall'Art. 4 dell'Avviso per l'esercizio dell'attività di somministrazione alimenti e bevande e per contrarre con la Pubblica Amministrazione.</w:t>
      </w:r>
    </w:p>
    <w:p w14:paraId="66762C5A" w14:textId="77777777" w:rsidR="00430D06" w:rsidRDefault="003C33FE" w:rsidP="003C33FE">
      <w:pPr>
        <w:pStyle w:val="Puntoelenco"/>
        <w:spacing w:after="80"/>
        <w:jc w:val="both"/>
      </w:pPr>
      <w:r>
        <w:rPr>
          <w:b/>
        </w:rPr>
        <w:t xml:space="preserve">3. Sopralluogo Obbligatorio: </w:t>
      </w:r>
      <w:r>
        <w:t>Di aver effettuato il sopralluogo obbligatorio dei locali ed arredi interni in data [GG/MM/AAAA] (o di impegnarsi formalmente a svolgerlo entro i termini perentori indicati dall'Ente), a pena di esclusione dalla procedura.</w:t>
      </w:r>
    </w:p>
    <w:p w14:paraId="5E906B42" w14:textId="77777777" w:rsidR="00430D06" w:rsidRDefault="003C33FE" w:rsidP="003C33FE">
      <w:pPr>
        <w:pStyle w:val="Puntoelenco"/>
        <w:spacing w:after="80"/>
        <w:jc w:val="both"/>
      </w:pPr>
      <w:r>
        <w:rPr>
          <w:b/>
        </w:rPr>
        <w:t xml:space="preserve">4. Criterio di Aggiudicazione e Progetto: </w:t>
      </w:r>
      <w:r>
        <w:t>Di prendere atto che la gara sarà aggiudicata con il criterio dell'Offerta Economicamente Più Vantaggiosa e di impegnarsi a presentare, in sede di offerta, un Progetto di Gestione dettagliato dell'attività di Bar/Ristorante.</w:t>
      </w:r>
    </w:p>
    <w:p w14:paraId="656FB8C3" w14:textId="77777777" w:rsidR="00430D06" w:rsidRDefault="003C33FE" w:rsidP="003C33FE">
      <w:pPr>
        <w:pStyle w:val="Puntoelenco"/>
        <w:spacing w:after="80"/>
        <w:jc w:val="both"/>
      </w:pPr>
      <w:r>
        <w:rPr>
          <w:b/>
        </w:rPr>
        <w:lastRenderedPageBreak/>
        <w:t xml:space="preserve">5. Canone base di gara: </w:t>
      </w:r>
      <w:r>
        <w:t>Di prendere atto che il canone annuo stimato posto a base di gara è pari a € 13.200,00 (tredicimiladuecento/00) oltre IVA se dovuta.</w:t>
      </w:r>
    </w:p>
    <w:p w14:paraId="0A0FFF5D" w14:textId="77777777" w:rsidR="00430D06" w:rsidRDefault="003C33FE" w:rsidP="003C33FE">
      <w:pPr>
        <w:pStyle w:val="Puntoelenco"/>
        <w:spacing w:after="80"/>
        <w:jc w:val="both"/>
      </w:pPr>
      <w:r>
        <w:rPr>
          <w:b/>
        </w:rPr>
        <w:t xml:space="preserve">6. Adeguamento locali: </w:t>
      </w:r>
      <w:r>
        <w:t>Di essere a conoscenza che l'immobile è predisposto per l'uso Bar e che eventuali opere edilizie, impiantistiche o autorizzative necessarie per l'adeguamento dell'attività a Ristorante saranno a proprio esclusivo carico, cura e spesa, sollevando l'Ente da qualsiasi onere.</w:t>
      </w:r>
    </w:p>
    <w:p w14:paraId="22C44331" w14:textId="77777777" w:rsidR="00430D06" w:rsidRDefault="003C33FE" w:rsidP="003C33FE">
      <w:pPr>
        <w:pStyle w:val="Puntoelenco"/>
        <w:spacing w:after="80"/>
        <w:jc w:val="both"/>
      </w:pPr>
      <w:r>
        <w:rPr>
          <w:b/>
        </w:rPr>
        <w:t xml:space="preserve">7. Acquisto arredi (€ 9.000,00): </w:t>
      </w:r>
      <w:r>
        <w:t>Di accettare espressamente la condizione vincolante dell'acquisto dell'arredo ed attrezzature presenti all'interno del locale per l'importo stabilito di € 9.000,00 (novemila/00), impegnandosi al relativo versamento prima o contestualmente alla sottoscrizione del contratto di locazione.</w:t>
      </w:r>
    </w:p>
    <w:p w14:paraId="5E526F50" w14:textId="77777777" w:rsidR="00430D06" w:rsidRDefault="003C33FE" w:rsidP="003C33FE">
      <w:pPr>
        <w:pStyle w:val="Puntoelenco"/>
        <w:spacing w:after="80"/>
        <w:jc w:val="both"/>
      </w:pPr>
      <w:r>
        <w:rPr>
          <w:b/>
        </w:rPr>
        <w:t xml:space="preserve">8. Natura dell'avviso: </w:t>
      </w:r>
      <w:r>
        <w:t>Di prendere atto che la presente manifestazione non costituisce offerta vincolante per l'Ente e non attribuisce alcun diritto di preferenza o prelazione.</w:t>
      </w:r>
    </w:p>
    <w:p w14:paraId="1CF42245" w14:textId="1EC31E4D" w:rsidR="00430D06" w:rsidRDefault="00430D06" w:rsidP="003C33FE">
      <w:pPr>
        <w:pStyle w:val="Puntoelenco"/>
        <w:numPr>
          <w:ilvl w:val="0"/>
          <w:numId w:val="0"/>
        </w:numPr>
        <w:spacing w:after="80"/>
        <w:ind w:left="360"/>
        <w:jc w:val="both"/>
      </w:pPr>
    </w:p>
    <w:p w14:paraId="5CD37DDE" w14:textId="77777777" w:rsidR="00430D06" w:rsidRDefault="003C33FE" w:rsidP="003C33FE">
      <w:pPr>
        <w:jc w:val="both"/>
      </w:pPr>
      <w:r>
        <w:t>Data _______________</w:t>
      </w:r>
    </w:p>
    <w:p w14:paraId="38908E75" w14:textId="77777777" w:rsidR="00430D06" w:rsidRDefault="003C33FE" w:rsidP="003C33FE">
      <w:pPr>
        <w:spacing w:before="360" w:after="80"/>
        <w:ind w:left="2880"/>
        <w:jc w:val="both"/>
      </w:pPr>
      <w:proofErr w:type="spellStart"/>
      <w:r>
        <w:rPr>
          <w:b/>
        </w:rPr>
        <w:t>Firma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digitale</w:t>
      </w:r>
      <w:proofErr w:type="spellEnd"/>
      <w:r>
        <w:rPr>
          <w:b/>
        </w:rPr>
        <w:t xml:space="preserve"> o </w:t>
      </w:r>
      <w:proofErr w:type="spellStart"/>
      <w:r>
        <w:rPr>
          <w:b/>
        </w:rPr>
        <w:t>autografa</w:t>
      </w:r>
      <w:proofErr w:type="spellEnd"/>
      <w:r>
        <w:rPr>
          <w:b/>
        </w:rPr>
        <w:t xml:space="preserve"> con allegato documento d'identità)</w:t>
      </w:r>
    </w:p>
    <w:p w14:paraId="1CB5EC0F" w14:textId="77777777" w:rsidR="00430D06" w:rsidRDefault="003C33FE" w:rsidP="003C33FE">
      <w:pPr>
        <w:ind w:left="2880"/>
        <w:jc w:val="both"/>
        <w:rPr>
          <w:i/>
        </w:rPr>
      </w:pPr>
      <w:r>
        <w:rPr>
          <w:i/>
        </w:rPr>
        <w:t>__________________________________________________</w:t>
      </w:r>
    </w:p>
    <w:p w14:paraId="2386569D" w14:textId="77777777" w:rsidR="003C33FE" w:rsidRDefault="003C33FE" w:rsidP="003C33FE">
      <w:pPr>
        <w:rPr>
          <w:i/>
        </w:rPr>
      </w:pPr>
    </w:p>
    <w:p w14:paraId="2782FC55" w14:textId="77777777" w:rsidR="003C33FE" w:rsidRDefault="003C33FE" w:rsidP="003C33FE">
      <w:pPr>
        <w:rPr>
          <w:i/>
        </w:rPr>
      </w:pPr>
    </w:p>
    <w:p w14:paraId="7BB2B886" w14:textId="77777777" w:rsidR="003C33FE" w:rsidRDefault="003C33FE" w:rsidP="003C33FE">
      <w:pPr>
        <w:rPr>
          <w:i/>
        </w:rPr>
      </w:pPr>
    </w:p>
    <w:p w14:paraId="371C1A05" w14:textId="77777777" w:rsidR="003C33FE" w:rsidRDefault="003C33FE" w:rsidP="003C33FE">
      <w:pPr>
        <w:rPr>
          <w:i/>
        </w:rPr>
      </w:pPr>
    </w:p>
    <w:p w14:paraId="35F945D6" w14:textId="77777777" w:rsidR="003C33FE" w:rsidRPr="003C33FE" w:rsidRDefault="003C33FE" w:rsidP="003C33FE">
      <w:r w:rsidRPr="003C33FE">
        <w:rPr>
          <w:b/>
        </w:rPr>
        <w:t>RECAPITI PER LE COMUNICAZIONI</w:t>
      </w:r>
    </w:p>
    <w:p w14:paraId="36F8F145" w14:textId="77777777" w:rsidR="003C33FE" w:rsidRPr="003C33FE" w:rsidRDefault="003C33FE" w:rsidP="003C33FE">
      <w:pPr>
        <w:numPr>
          <w:ilvl w:val="0"/>
          <w:numId w:val="1"/>
        </w:numPr>
      </w:pPr>
      <w:r w:rsidRPr="003C33FE">
        <w:rPr>
          <w:b/>
        </w:rPr>
        <w:t xml:space="preserve">PEC: </w:t>
      </w:r>
      <w:r w:rsidRPr="003C33FE">
        <w:t>__________________________________________________</w:t>
      </w:r>
    </w:p>
    <w:p w14:paraId="16B44A8C" w14:textId="074CA555" w:rsidR="003C33FE" w:rsidRPr="003C33FE" w:rsidRDefault="003C33FE" w:rsidP="003C33FE">
      <w:r w:rsidRPr="003C33FE">
        <w:rPr>
          <w:b/>
        </w:rPr>
        <w:t xml:space="preserve">E-mail / </w:t>
      </w:r>
      <w:proofErr w:type="spellStart"/>
      <w:r w:rsidRPr="003C33FE">
        <w:rPr>
          <w:b/>
        </w:rPr>
        <w:t>Telefono</w:t>
      </w:r>
      <w:proofErr w:type="spellEnd"/>
      <w:r w:rsidRPr="003C33FE">
        <w:rPr>
          <w:b/>
        </w:rPr>
        <w:t xml:space="preserve">: </w:t>
      </w:r>
      <w:r w:rsidRPr="003C33FE">
        <w:t>__________________________________________________</w:t>
      </w:r>
    </w:p>
    <w:sectPr w:rsidR="003C33FE" w:rsidRPr="003C33FE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60796725">
    <w:abstractNumId w:val="8"/>
  </w:num>
  <w:num w:numId="2" w16cid:durableId="998001980">
    <w:abstractNumId w:val="6"/>
  </w:num>
  <w:num w:numId="3" w16cid:durableId="42143521">
    <w:abstractNumId w:val="5"/>
  </w:num>
  <w:num w:numId="4" w16cid:durableId="834495815">
    <w:abstractNumId w:val="4"/>
  </w:num>
  <w:num w:numId="5" w16cid:durableId="581259205">
    <w:abstractNumId w:val="7"/>
  </w:num>
  <w:num w:numId="6" w16cid:durableId="1020818605">
    <w:abstractNumId w:val="3"/>
  </w:num>
  <w:num w:numId="7" w16cid:durableId="1425684321">
    <w:abstractNumId w:val="2"/>
  </w:num>
  <w:num w:numId="8" w16cid:durableId="923802192">
    <w:abstractNumId w:val="1"/>
  </w:num>
  <w:num w:numId="9" w16cid:durableId="87580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C33FE"/>
    <w:rsid w:val="00430D06"/>
    <w:rsid w:val="00A8175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C57E06"/>
  <w14:defaultImageDpi w14:val="300"/>
  <w15:docId w15:val="{FB91D5B4-C73E-4650-ADDC-5785C0E7E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Arial" w:hAnsi="Arial"/>
      <w:color w:val="333333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Silvio Arnaudo</cp:lastModifiedBy>
  <cp:revision>2</cp:revision>
  <dcterms:created xsi:type="dcterms:W3CDTF">2013-12-23T23:15:00Z</dcterms:created>
  <dcterms:modified xsi:type="dcterms:W3CDTF">2026-10-12T13:09:00Z</dcterms:modified>
  <cp:category/>
</cp:coreProperties>
</file>